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897" w:rsidRDefault="001413CE">
      <w:pPr>
        <w:jc w:val="center"/>
      </w:pPr>
      <w:r>
        <w:rPr>
          <w:b/>
          <w:sz w:val="40"/>
        </w:rPr>
        <w:t>GLOBAL JOURNAL OF BIOSCIENCES AND ENVIRONMENT</w:t>
      </w:r>
    </w:p>
    <w:p w:rsidR="006A3897" w:rsidRDefault="001413CE">
      <w:pPr>
        <w:jc w:val="center"/>
      </w:pPr>
      <w:r>
        <w:rPr>
          <w:b/>
          <w:sz w:val="32"/>
        </w:rPr>
        <w:t>(GJBAE)</w:t>
      </w:r>
    </w:p>
    <w:p w:rsidR="006A3897" w:rsidRDefault="001413CE">
      <w:pPr>
        <w:jc w:val="center"/>
      </w:pPr>
      <w:r>
        <w:rPr>
          <w:b/>
          <w:sz w:val="36"/>
        </w:rPr>
        <w:t>AUTHOR SUBMISSION TEMPLATE</w:t>
      </w:r>
    </w:p>
    <w:p w:rsidR="006A3897" w:rsidRDefault="001413CE">
      <w:pPr>
        <w:jc w:val="center"/>
      </w:pPr>
      <w:r>
        <w:rPr>
          <w:i/>
          <w:sz w:val="24"/>
        </w:rPr>
        <w:t>Clear • Complete • Journal-Ready</w:t>
      </w:r>
    </w:p>
    <w:p w:rsidR="006A3897" w:rsidRDefault="006A3897"/>
    <w:tbl>
      <w:tblPr>
        <w:tblStyle w:val="TableGrid"/>
        <w:tblW w:w="0" w:type="auto"/>
        <w:tblLook w:val="04A0" w:firstRow="1" w:lastRow="0" w:firstColumn="1" w:lastColumn="0" w:noHBand="0" w:noVBand="1"/>
      </w:tblPr>
      <w:tblGrid>
        <w:gridCol w:w="10080"/>
      </w:tblGrid>
      <w:tr w:rsidR="006A3897">
        <w:tc>
          <w:tcPr>
            <w:tcW w:w="10080" w:type="dxa"/>
            <w:shd w:val="clear" w:color="auto" w:fill="EAF3F8"/>
            <w:vAlign w:val="center"/>
          </w:tcPr>
          <w:p w:rsidR="006A3897" w:rsidRDefault="001413CE">
            <w:pPr>
              <w:spacing w:after="0"/>
            </w:pPr>
            <w:r>
              <w:rPr>
                <w:sz w:val="21"/>
              </w:rPr>
              <w:t>Purpose of this template</w:t>
            </w:r>
            <w:r>
              <w:rPr>
                <w:sz w:val="21"/>
              </w:rPr>
              <w:br/>
              <w:t xml:space="preserve">Use this template to prepare a complete manuscript for submission to GJBAE. Replace instructional text and </w:t>
            </w:r>
            <w:r>
              <w:rPr>
                <w:sz w:val="21"/>
              </w:rPr>
              <w:t>placeholders with your manuscript content before submission. Keep the required section order and ensure that tables, figures, references, and declarations are complete and consistent.</w:t>
            </w:r>
          </w:p>
        </w:tc>
      </w:tr>
    </w:tbl>
    <w:p w:rsidR="006A3897" w:rsidRDefault="001413CE">
      <w:pPr>
        <w:pStyle w:val="Heading1"/>
      </w:pPr>
      <w:r>
        <w:t>Quick submission checklist</w:t>
      </w:r>
    </w:p>
    <w:p w:rsidR="006A3897" w:rsidRDefault="001413CE">
      <w:r>
        <w:t>☐</w:t>
      </w:r>
      <w:r>
        <w:t xml:space="preserve"> Article type selected and title is concise</w:t>
      </w:r>
      <w:r>
        <w:t xml:space="preserve"> (</w:t>
      </w:r>
      <w:r w:rsidR="00280C7F">
        <w:t xml:space="preserve">10-25 </w:t>
      </w:r>
      <w:r>
        <w:t>words).</w:t>
      </w:r>
    </w:p>
    <w:p w:rsidR="006A3897" w:rsidRDefault="001413CE">
      <w:r>
        <w:t>☐</w:t>
      </w:r>
      <w:r>
        <w:t xml:space="preserve"> All authors, affiliations, and corresponding-author details are complete.</w:t>
      </w:r>
    </w:p>
    <w:p w:rsidR="006A3897" w:rsidRDefault="001413CE">
      <w:r>
        <w:t>☐</w:t>
      </w:r>
      <w:r>
        <w:t xml:space="preserve"> Abstract is 250–300 words and includes objective, methods, key results, and conclusion.</w:t>
      </w:r>
    </w:p>
    <w:p w:rsidR="006A3897" w:rsidRDefault="001413CE">
      <w:r>
        <w:t>☐</w:t>
      </w:r>
      <w:r>
        <w:t xml:space="preserve"> 5–8 keywords are provided and separated by semicolons.</w:t>
      </w:r>
    </w:p>
    <w:p w:rsidR="006A3897" w:rsidRDefault="001413CE">
      <w:r>
        <w:t>☐</w:t>
      </w:r>
      <w:r>
        <w:t xml:space="preserve"> One approv</w:t>
      </w:r>
      <w:r>
        <w:t>ed manuscript structure is selected and followed consistently.</w:t>
      </w:r>
    </w:p>
    <w:p w:rsidR="006A3897" w:rsidRDefault="001413CE">
      <w:r>
        <w:t>☐</w:t>
      </w:r>
      <w:r>
        <w:t xml:space="preserve"> References follow APA 7th style and DOI links are included where available.</w:t>
      </w:r>
    </w:p>
    <w:p w:rsidR="006A3897" w:rsidRDefault="001413CE">
      <w:r>
        <w:t>☐</w:t>
      </w:r>
      <w:r>
        <w:t xml:space="preserve"> Required declarations are included after the references.</w:t>
      </w:r>
    </w:p>
    <w:p w:rsidR="006A3897" w:rsidRDefault="001413CE">
      <w:r>
        <w:t>☐</w:t>
      </w:r>
      <w:r>
        <w:t xml:space="preserve"> A4 portrait, Times New Roman 12 pt, double spacing, co</w:t>
      </w:r>
      <w:r>
        <w:t>ntinuous line numbering, and SI units are used.</w:t>
      </w:r>
    </w:p>
    <w:p w:rsidR="006A3897" w:rsidRDefault="001413CE">
      <w:r>
        <w:t>☐</w:t>
      </w:r>
      <w:r>
        <w:t xml:space="preserve"> Tables and figures are numbered consecutively and cited in the text.</w:t>
      </w:r>
    </w:p>
    <w:p w:rsidR="006A3897" w:rsidRDefault="001413CE">
      <w:r>
        <w:t>☐</w:t>
      </w:r>
      <w:r>
        <w:t xml:space="preserve"> The final manuscript has been checked for language, formatting, and consistency.</w:t>
      </w:r>
    </w:p>
    <w:p w:rsidR="006A3897" w:rsidRDefault="001413CE">
      <w:r>
        <w:br w:type="page"/>
      </w:r>
    </w:p>
    <w:p w:rsidR="006A3897" w:rsidRDefault="001413CE">
      <w:pPr>
        <w:pStyle w:val="Heading1"/>
      </w:pPr>
      <w:r>
        <w:lastRenderedPageBreak/>
        <w:t>1. ARTICLE INFORMATION</w:t>
      </w:r>
    </w:p>
    <w:tbl>
      <w:tblPr>
        <w:tblStyle w:val="TableGrid"/>
        <w:tblW w:w="0" w:type="auto"/>
        <w:jc w:val="center"/>
        <w:tblLook w:val="04A0" w:firstRow="1" w:lastRow="0" w:firstColumn="1" w:lastColumn="0" w:noHBand="0" w:noVBand="1"/>
      </w:tblPr>
      <w:tblGrid>
        <w:gridCol w:w="5040"/>
        <w:gridCol w:w="5040"/>
      </w:tblGrid>
      <w:tr w:rsidR="006A3897">
        <w:trPr>
          <w:tblHeader/>
          <w:jc w:val="center"/>
        </w:trPr>
        <w:tc>
          <w:tcPr>
            <w:tcW w:w="5040" w:type="dxa"/>
            <w:shd w:val="clear" w:color="auto" w:fill="D9EAF7"/>
            <w:vAlign w:val="center"/>
          </w:tcPr>
          <w:p w:rsidR="006A3897" w:rsidRDefault="001413CE">
            <w:pPr>
              <w:spacing w:after="0"/>
            </w:pPr>
            <w:r>
              <w:rPr>
                <w:b/>
                <w:sz w:val="21"/>
              </w:rPr>
              <w:t>Field</w:t>
            </w:r>
          </w:p>
        </w:tc>
        <w:tc>
          <w:tcPr>
            <w:tcW w:w="5040" w:type="dxa"/>
            <w:shd w:val="clear" w:color="auto" w:fill="D9EAF7"/>
            <w:vAlign w:val="center"/>
          </w:tcPr>
          <w:p w:rsidR="006A3897" w:rsidRDefault="001413CE">
            <w:pPr>
              <w:spacing w:after="0"/>
            </w:pPr>
            <w:r>
              <w:rPr>
                <w:b/>
                <w:sz w:val="21"/>
              </w:rPr>
              <w:t>Author to complete</w:t>
            </w:r>
          </w:p>
        </w:tc>
      </w:tr>
      <w:tr w:rsidR="006A3897">
        <w:trPr>
          <w:jc w:val="center"/>
        </w:trPr>
        <w:tc>
          <w:tcPr>
            <w:tcW w:w="5040" w:type="dxa"/>
            <w:vAlign w:val="center"/>
          </w:tcPr>
          <w:p w:rsidR="006A3897" w:rsidRDefault="001413CE">
            <w:pPr>
              <w:spacing w:after="0"/>
            </w:pPr>
            <w:r>
              <w:rPr>
                <w:sz w:val="21"/>
              </w:rPr>
              <w:t>Article Type</w:t>
            </w:r>
          </w:p>
        </w:tc>
        <w:tc>
          <w:tcPr>
            <w:tcW w:w="5040" w:type="dxa"/>
            <w:vAlign w:val="center"/>
          </w:tcPr>
          <w:p w:rsidR="006A3897" w:rsidRDefault="001413CE">
            <w:pPr>
              <w:spacing w:after="0"/>
            </w:pPr>
            <w:r>
              <w:rPr>
                <w:sz w:val="21"/>
              </w:rPr>
              <w:t>☐</w:t>
            </w:r>
            <w:r>
              <w:rPr>
                <w:sz w:val="21"/>
              </w:rPr>
              <w:t xml:space="preserve"> Research Article   ☐ Review Article   ☐ Short Communication</w:t>
            </w:r>
          </w:p>
        </w:tc>
      </w:tr>
      <w:tr w:rsidR="006A3897">
        <w:trPr>
          <w:jc w:val="center"/>
        </w:trPr>
        <w:tc>
          <w:tcPr>
            <w:tcW w:w="5040" w:type="dxa"/>
            <w:vAlign w:val="center"/>
          </w:tcPr>
          <w:p w:rsidR="006A3897" w:rsidRDefault="001413CE">
            <w:pPr>
              <w:spacing w:after="0"/>
            </w:pPr>
            <w:r>
              <w:rPr>
                <w:sz w:val="21"/>
              </w:rPr>
              <w:t>Article Title</w:t>
            </w:r>
          </w:p>
        </w:tc>
        <w:tc>
          <w:tcPr>
            <w:tcW w:w="5040" w:type="dxa"/>
            <w:vAlign w:val="center"/>
          </w:tcPr>
          <w:p w:rsidR="006A3897" w:rsidRDefault="001413CE">
            <w:pPr>
              <w:spacing w:after="0"/>
            </w:pPr>
            <w:r>
              <w:rPr>
                <w:sz w:val="21"/>
              </w:rPr>
              <w:t>[Insert concise title — maximum 20 words]</w:t>
            </w:r>
          </w:p>
        </w:tc>
      </w:tr>
      <w:tr w:rsidR="006A3897">
        <w:trPr>
          <w:jc w:val="center"/>
        </w:trPr>
        <w:tc>
          <w:tcPr>
            <w:tcW w:w="5040" w:type="dxa"/>
            <w:vAlign w:val="center"/>
          </w:tcPr>
          <w:p w:rsidR="006A3897" w:rsidRDefault="001413CE">
            <w:pPr>
              <w:spacing w:after="0"/>
            </w:pPr>
            <w:bookmarkStart w:id="0" w:name="_GoBack"/>
            <w:bookmarkEnd w:id="0"/>
            <w:r>
              <w:rPr>
                <w:sz w:val="21"/>
              </w:rPr>
              <w:t>Author Names</w:t>
            </w:r>
          </w:p>
        </w:tc>
        <w:tc>
          <w:tcPr>
            <w:tcW w:w="5040" w:type="dxa"/>
            <w:vAlign w:val="center"/>
          </w:tcPr>
          <w:p w:rsidR="006A3897" w:rsidRDefault="001413CE">
            <w:pPr>
              <w:spacing w:after="0"/>
            </w:pPr>
            <w:r>
              <w:rPr>
                <w:sz w:val="21"/>
              </w:rPr>
              <w:t>[Full names of all authors in correct authorship order]</w:t>
            </w:r>
          </w:p>
        </w:tc>
      </w:tr>
      <w:tr w:rsidR="006A3897">
        <w:trPr>
          <w:jc w:val="center"/>
        </w:trPr>
        <w:tc>
          <w:tcPr>
            <w:tcW w:w="5040" w:type="dxa"/>
            <w:vAlign w:val="center"/>
          </w:tcPr>
          <w:p w:rsidR="006A3897" w:rsidRDefault="001413CE">
            <w:pPr>
              <w:spacing w:after="0"/>
            </w:pPr>
            <w:r>
              <w:rPr>
                <w:sz w:val="21"/>
              </w:rPr>
              <w:t>Affiliations</w:t>
            </w:r>
          </w:p>
        </w:tc>
        <w:tc>
          <w:tcPr>
            <w:tcW w:w="5040" w:type="dxa"/>
            <w:vAlign w:val="center"/>
          </w:tcPr>
          <w:p w:rsidR="006A3897" w:rsidRDefault="001413CE">
            <w:pPr>
              <w:spacing w:after="0"/>
            </w:pPr>
            <w:r>
              <w:rPr>
                <w:sz w:val="21"/>
              </w:rPr>
              <w:t>[Department/Institute, Institution, City, Country for each author]</w:t>
            </w:r>
          </w:p>
        </w:tc>
      </w:tr>
      <w:tr w:rsidR="006A3897">
        <w:trPr>
          <w:jc w:val="center"/>
        </w:trPr>
        <w:tc>
          <w:tcPr>
            <w:tcW w:w="5040" w:type="dxa"/>
            <w:vAlign w:val="center"/>
          </w:tcPr>
          <w:p w:rsidR="006A3897" w:rsidRDefault="001413CE">
            <w:pPr>
              <w:spacing w:after="0"/>
            </w:pPr>
            <w:r>
              <w:rPr>
                <w:sz w:val="21"/>
              </w:rPr>
              <w:t>Corresponding Author</w:t>
            </w:r>
          </w:p>
        </w:tc>
        <w:tc>
          <w:tcPr>
            <w:tcW w:w="5040" w:type="dxa"/>
            <w:vAlign w:val="center"/>
          </w:tcPr>
          <w:p w:rsidR="006A3897" w:rsidRDefault="001413CE">
            <w:pPr>
              <w:spacing w:after="0"/>
            </w:pPr>
            <w:r>
              <w:rPr>
                <w:sz w:val="21"/>
              </w:rPr>
              <w:t>[Full name]</w:t>
            </w:r>
          </w:p>
        </w:tc>
      </w:tr>
      <w:tr w:rsidR="006A3897">
        <w:trPr>
          <w:jc w:val="center"/>
        </w:trPr>
        <w:tc>
          <w:tcPr>
            <w:tcW w:w="5040" w:type="dxa"/>
            <w:vAlign w:val="center"/>
          </w:tcPr>
          <w:p w:rsidR="006A3897" w:rsidRDefault="001413CE">
            <w:pPr>
              <w:spacing w:after="0"/>
            </w:pPr>
            <w:r>
              <w:rPr>
                <w:sz w:val="21"/>
              </w:rPr>
              <w:t>Corresponding Author Email</w:t>
            </w:r>
          </w:p>
        </w:tc>
        <w:tc>
          <w:tcPr>
            <w:tcW w:w="5040" w:type="dxa"/>
            <w:vAlign w:val="center"/>
          </w:tcPr>
          <w:p w:rsidR="006A3897" w:rsidRDefault="001413CE">
            <w:pPr>
              <w:spacing w:after="0"/>
            </w:pPr>
            <w:r>
              <w:rPr>
                <w:sz w:val="21"/>
              </w:rPr>
              <w:t>[Professional email address]</w:t>
            </w:r>
          </w:p>
        </w:tc>
      </w:tr>
      <w:tr w:rsidR="006A3897">
        <w:trPr>
          <w:jc w:val="center"/>
        </w:trPr>
        <w:tc>
          <w:tcPr>
            <w:tcW w:w="5040" w:type="dxa"/>
            <w:vAlign w:val="center"/>
          </w:tcPr>
          <w:p w:rsidR="006A3897" w:rsidRDefault="001413CE">
            <w:pPr>
              <w:spacing w:after="0"/>
            </w:pPr>
            <w:r>
              <w:rPr>
                <w:sz w:val="21"/>
              </w:rPr>
              <w:t>ORCID iDs (recommended)</w:t>
            </w:r>
          </w:p>
        </w:tc>
        <w:tc>
          <w:tcPr>
            <w:tcW w:w="5040" w:type="dxa"/>
            <w:vAlign w:val="center"/>
          </w:tcPr>
          <w:p w:rsidR="006A3897" w:rsidRDefault="001413CE">
            <w:pPr>
              <w:spacing w:after="0"/>
            </w:pPr>
            <w:r>
              <w:rPr>
                <w:sz w:val="21"/>
              </w:rPr>
              <w:t>[ORCID for each author, if available]</w:t>
            </w:r>
          </w:p>
        </w:tc>
      </w:tr>
    </w:tbl>
    <w:p w:rsidR="006A3897" w:rsidRDefault="001413CE">
      <w:pPr>
        <w:pStyle w:val="Heading2"/>
      </w:pPr>
      <w:r>
        <w:t>Authorship note</w:t>
      </w:r>
    </w:p>
    <w:p w:rsidR="006A3897" w:rsidRDefault="001413CE">
      <w:r>
        <w:t>List authors in the exact order in which they should appear in the published article. Confirm that every listed author has approved the submitted version and that no eligible contributor has been omitted.</w:t>
      </w:r>
    </w:p>
    <w:p w:rsidR="006A3897" w:rsidRDefault="001413CE">
      <w:pPr>
        <w:pStyle w:val="Heading1"/>
      </w:pPr>
      <w:r>
        <w:t>2. ABSTRACT AND KEYWORDS</w:t>
      </w:r>
    </w:p>
    <w:p w:rsidR="006A3897" w:rsidRDefault="001413CE">
      <w:pPr>
        <w:pStyle w:val="Heading2"/>
      </w:pPr>
      <w:r>
        <w:t>Abstract</w:t>
      </w:r>
    </w:p>
    <w:p w:rsidR="006A3897" w:rsidRDefault="001413CE">
      <w:r>
        <w:t xml:space="preserve">[250–300 words. </w:t>
      </w:r>
      <w:r>
        <w:t>Briefly state the research problem/context, objective(s), methods, principal results, and main conclusion. Avoid unnecessary background and unexplained abbreviations.]</w:t>
      </w:r>
    </w:p>
    <w:p w:rsidR="006A3897" w:rsidRDefault="001413CE">
      <w:pPr>
        <w:pStyle w:val="Heading2"/>
      </w:pPr>
      <w:r>
        <w:t>Keywords</w:t>
      </w:r>
    </w:p>
    <w:p w:rsidR="006A3897" w:rsidRDefault="001413CE">
      <w:r>
        <w:t>[Provide 5–8 specific keywords; separate keywords with semicolons.]</w:t>
      </w:r>
    </w:p>
    <w:p w:rsidR="006A3897" w:rsidRDefault="001413CE">
      <w:pPr>
        <w:pStyle w:val="Heading1"/>
      </w:pPr>
      <w:r>
        <w:t>3. MAIN MAN</w:t>
      </w:r>
      <w:r>
        <w:t>USCRIPT STRUCTURE</w:t>
      </w:r>
    </w:p>
    <w:p w:rsidR="006A3897" w:rsidRDefault="001413CE">
      <w:r>
        <w:t>Select ONE structure and use it consistently throughout the manuscript.</w:t>
      </w:r>
    </w:p>
    <w:tbl>
      <w:tblPr>
        <w:tblStyle w:val="TableGrid"/>
        <w:tblW w:w="0" w:type="auto"/>
        <w:jc w:val="center"/>
        <w:tblLook w:val="04A0" w:firstRow="1" w:lastRow="0" w:firstColumn="1" w:lastColumn="0" w:noHBand="0" w:noVBand="1"/>
      </w:tblPr>
      <w:tblGrid>
        <w:gridCol w:w="5040"/>
        <w:gridCol w:w="5040"/>
      </w:tblGrid>
      <w:tr w:rsidR="006A3897">
        <w:trPr>
          <w:tblHeader/>
          <w:jc w:val="center"/>
        </w:trPr>
        <w:tc>
          <w:tcPr>
            <w:tcW w:w="5040" w:type="dxa"/>
            <w:shd w:val="clear" w:color="auto" w:fill="D9EAF7"/>
            <w:vAlign w:val="center"/>
          </w:tcPr>
          <w:p w:rsidR="006A3897" w:rsidRDefault="001413CE">
            <w:pPr>
              <w:spacing w:after="0"/>
            </w:pPr>
            <w:r>
              <w:rPr>
                <w:b/>
                <w:sz w:val="21"/>
              </w:rPr>
              <w:t>Option</w:t>
            </w:r>
          </w:p>
        </w:tc>
        <w:tc>
          <w:tcPr>
            <w:tcW w:w="5040" w:type="dxa"/>
            <w:shd w:val="clear" w:color="auto" w:fill="D9EAF7"/>
            <w:vAlign w:val="center"/>
          </w:tcPr>
          <w:p w:rsidR="006A3897" w:rsidRDefault="001413CE">
            <w:pPr>
              <w:spacing w:after="0"/>
            </w:pPr>
            <w:r>
              <w:rPr>
                <w:b/>
                <w:sz w:val="21"/>
              </w:rPr>
              <w:t>Required order</w:t>
            </w:r>
          </w:p>
        </w:tc>
      </w:tr>
      <w:tr w:rsidR="006A3897">
        <w:trPr>
          <w:jc w:val="center"/>
        </w:trPr>
        <w:tc>
          <w:tcPr>
            <w:tcW w:w="5040" w:type="dxa"/>
            <w:vAlign w:val="center"/>
          </w:tcPr>
          <w:p w:rsidR="006A3897" w:rsidRDefault="001413CE">
            <w:pPr>
              <w:spacing w:after="0"/>
            </w:pPr>
            <w:r>
              <w:rPr>
                <w:sz w:val="21"/>
              </w:rPr>
              <w:t>Option A — Separate sections</w:t>
            </w:r>
          </w:p>
        </w:tc>
        <w:tc>
          <w:tcPr>
            <w:tcW w:w="5040" w:type="dxa"/>
            <w:vAlign w:val="center"/>
          </w:tcPr>
          <w:p w:rsidR="006A3897" w:rsidRDefault="001413CE">
            <w:pPr>
              <w:spacing w:after="0"/>
            </w:pPr>
            <w:r>
              <w:rPr>
                <w:sz w:val="21"/>
              </w:rPr>
              <w:t>1. Introduction → 2. Materials and Methods → 3. Results → 4. Discussion → 5. Conclusions</w:t>
            </w:r>
          </w:p>
        </w:tc>
      </w:tr>
      <w:tr w:rsidR="006A3897">
        <w:trPr>
          <w:jc w:val="center"/>
        </w:trPr>
        <w:tc>
          <w:tcPr>
            <w:tcW w:w="5040" w:type="dxa"/>
            <w:vAlign w:val="center"/>
          </w:tcPr>
          <w:p w:rsidR="006A3897" w:rsidRDefault="001413CE">
            <w:pPr>
              <w:spacing w:after="0"/>
            </w:pPr>
            <w:r>
              <w:rPr>
                <w:sz w:val="21"/>
              </w:rPr>
              <w:t xml:space="preserve">Option B — Combined </w:t>
            </w:r>
            <w:r>
              <w:rPr>
                <w:sz w:val="21"/>
              </w:rPr>
              <w:t>section</w:t>
            </w:r>
          </w:p>
        </w:tc>
        <w:tc>
          <w:tcPr>
            <w:tcW w:w="5040" w:type="dxa"/>
            <w:vAlign w:val="center"/>
          </w:tcPr>
          <w:p w:rsidR="006A3897" w:rsidRDefault="001413CE">
            <w:pPr>
              <w:spacing w:after="0"/>
            </w:pPr>
            <w:r>
              <w:rPr>
                <w:sz w:val="21"/>
              </w:rPr>
              <w:t>1. Introduction → 2. Materials and Methods → 3. Results and Discussion → 4. Conclusions</w:t>
            </w:r>
          </w:p>
        </w:tc>
      </w:tr>
    </w:tbl>
    <w:p w:rsidR="006A3897" w:rsidRDefault="001413CE">
      <w:pPr>
        <w:pStyle w:val="Heading2"/>
      </w:pPr>
      <w:r>
        <w:t>3.1 Introduction</w:t>
      </w:r>
    </w:p>
    <w:p w:rsidR="006A3897" w:rsidRDefault="001413CE">
      <w:r>
        <w:t>[Explain the scientific context, knowledge gap, rationale, objectives/hypotheses, and significance of the study. End with a clear objective st</w:t>
      </w:r>
      <w:r>
        <w:t>atement.]</w:t>
      </w:r>
    </w:p>
    <w:p w:rsidR="006A3897" w:rsidRDefault="001413CE">
      <w:pPr>
        <w:pStyle w:val="Heading2"/>
      </w:pPr>
      <w:r>
        <w:t>3.2 Materials and Methods</w:t>
      </w:r>
    </w:p>
    <w:p w:rsidR="006A3897" w:rsidRDefault="001413CE">
      <w:r>
        <w:t>[Describe materials, experimental design, treatments, sampling, measurements, statistical analyses, software, and relevant ethical/regulatory procedures in sufficient detail for reproducibility.]</w:t>
      </w:r>
    </w:p>
    <w:p w:rsidR="006A3897" w:rsidRDefault="001413CE">
      <w:pPr>
        <w:pStyle w:val="Heading2"/>
      </w:pPr>
      <w:r>
        <w:t>3.3 Results / Results an</w:t>
      </w:r>
      <w:r>
        <w:t>d Discussion</w:t>
      </w:r>
    </w:p>
    <w:p w:rsidR="006A3897" w:rsidRDefault="001413CE">
      <w:r>
        <w:t>[Present findings clearly. Report statistical results accurately and avoid unnecessary repetition of values already shown in tables or figures.]</w:t>
      </w:r>
    </w:p>
    <w:p w:rsidR="006A3897" w:rsidRDefault="001413CE">
      <w:pPr>
        <w:pStyle w:val="Heading2"/>
      </w:pPr>
      <w:r>
        <w:lastRenderedPageBreak/>
        <w:t>3.4 Discussion</w:t>
      </w:r>
    </w:p>
    <w:p w:rsidR="006A3897" w:rsidRDefault="001413CE">
      <w:r>
        <w:t>[For Option A, interpret findings in relation to previous research, mechanisms, lim</w:t>
      </w:r>
      <w:r>
        <w:t>itations, and implications. Distinguish interpretation from direct results.]</w:t>
      </w:r>
    </w:p>
    <w:p w:rsidR="006A3897" w:rsidRDefault="001413CE">
      <w:pPr>
        <w:pStyle w:val="Heading2"/>
      </w:pPr>
      <w:r>
        <w:t>3.5 Conclusions</w:t>
      </w:r>
    </w:p>
    <w:p w:rsidR="006A3897" w:rsidRDefault="001413CE">
      <w:r>
        <w:t>[State the principal conclusions directly and concisely. Do not introduce results that were not presented earlier.]</w:t>
      </w:r>
    </w:p>
    <w:p w:rsidR="006A3897" w:rsidRDefault="001413CE">
      <w:pPr>
        <w:pStyle w:val="Heading1"/>
      </w:pPr>
      <w:r>
        <w:t>4. TABLES, FIGURES, AND SUPPLEMENTARY MATERIAL</w:t>
      </w:r>
    </w:p>
    <w:tbl>
      <w:tblPr>
        <w:tblStyle w:val="TableGrid"/>
        <w:tblW w:w="0" w:type="auto"/>
        <w:jc w:val="center"/>
        <w:tblLook w:val="04A0" w:firstRow="1" w:lastRow="0" w:firstColumn="1" w:lastColumn="0" w:noHBand="0" w:noVBand="1"/>
      </w:tblPr>
      <w:tblGrid>
        <w:gridCol w:w="5040"/>
        <w:gridCol w:w="5040"/>
      </w:tblGrid>
      <w:tr w:rsidR="006A3897">
        <w:trPr>
          <w:tblHeader/>
          <w:jc w:val="center"/>
        </w:trPr>
        <w:tc>
          <w:tcPr>
            <w:tcW w:w="5040" w:type="dxa"/>
            <w:shd w:val="clear" w:color="auto" w:fill="D9EAF7"/>
            <w:vAlign w:val="center"/>
          </w:tcPr>
          <w:p w:rsidR="006A3897" w:rsidRDefault="001413CE">
            <w:pPr>
              <w:spacing w:after="0"/>
            </w:pPr>
            <w:r>
              <w:rPr>
                <w:b/>
                <w:sz w:val="21"/>
              </w:rPr>
              <w:t>Item</w:t>
            </w:r>
          </w:p>
        </w:tc>
        <w:tc>
          <w:tcPr>
            <w:tcW w:w="5040" w:type="dxa"/>
            <w:shd w:val="clear" w:color="auto" w:fill="D9EAF7"/>
            <w:vAlign w:val="center"/>
          </w:tcPr>
          <w:p w:rsidR="006A3897" w:rsidRDefault="001413CE">
            <w:pPr>
              <w:spacing w:after="0"/>
            </w:pPr>
            <w:r>
              <w:rPr>
                <w:b/>
                <w:sz w:val="21"/>
              </w:rPr>
              <w:t>Required practice</w:t>
            </w:r>
          </w:p>
        </w:tc>
      </w:tr>
      <w:tr w:rsidR="006A3897">
        <w:trPr>
          <w:jc w:val="center"/>
        </w:trPr>
        <w:tc>
          <w:tcPr>
            <w:tcW w:w="5040" w:type="dxa"/>
            <w:vAlign w:val="center"/>
          </w:tcPr>
          <w:p w:rsidR="006A3897" w:rsidRDefault="001413CE">
            <w:pPr>
              <w:spacing w:after="0"/>
            </w:pPr>
            <w:r>
              <w:rPr>
                <w:sz w:val="21"/>
              </w:rPr>
              <w:t>Tables</w:t>
            </w:r>
          </w:p>
        </w:tc>
        <w:tc>
          <w:tcPr>
            <w:tcW w:w="5040" w:type="dxa"/>
            <w:vAlign w:val="center"/>
          </w:tcPr>
          <w:p w:rsidR="006A3897" w:rsidRDefault="001413CE">
            <w:pPr>
              <w:spacing w:after="0"/>
            </w:pPr>
            <w:r>
              <w:rPr>
                <w:sz w:val="21"/>
              </w:rPr>
              <w:t>Number consecutively (Table 1, Table 2, …). Provide informative titles. Define abbreviations and explain necessary statistical notation in table notes.</w:t>
            </w:r>
          </w:p>
        </w:tc>
      </w:tr>
      <w:tr w:rsidR="006A3897">
        <w:trPr>
          <w:jc w:val="center"/>
        </w:trPr>
        <w:tc>
          <w:tcPr>
            <w:tcW w:w="5040" w:type="dxa"/>
            <w:vAlign w:val="center"/>
          </w:tcPr>
          <w:p w:rsidR="006A3897" w:rsidRDefault="001413CE">
            <w:pPr>
              <w:spacing w:after="0"/>
            </w:pPr>
            <w:r>
              <w:rPr>
                <w:sz w:val="21"/>
              </w:rPr>
              <w:t>Figures</w:t>
            </w:r>
          </w:p>
        </w:tc>
        <w:tc>
          <w:tcPr>
            <w:tcW w:w="5040" w:type="dxa"/>
            <w:vAlign w:val="center"/>
          </w:tcPr>
          <w:p w:rsidR="006A3897" w:rsidRDefault="001413CE">
            <w:pPr>
              <w:spacing w:after="0"/>
            </w:pPr>
            <w:r>
              <w:rPr>
                <w:sz w:val="21"/>
              </w:rPr>
              <w:t>Number consecutively (Figure 1, Figure 2, …). Provide clear capt</w:t>
            </w:r>
            <w:r>
              <w:rPr>
                <w:sz w:val="21"/>
              </w:rPr>
              <w:t>ions/legends and define symbols, abbreviations, units, and statistical groupings.</w:t>
            </w:r>
          </w:p>
        </w:tc>
      </w:tr>
      <w:tr w:rsidR="006A3897">
        <w:trPr>
          <w:jc w:val="center"/>
        </w:trPr>
        <w:tc>
          <w:tcPr>
            <w:tcW w:w="5040" w:type="dxa"/>
            <w:vAlign w:val="center"/>
          </w:tcPr>
          <w:p w:rsidR="006A3897" w:rsidRDefault="001413CE">
            <w:pPr>
              <w:spacing w:after="0"/>
            </w:pPr>
            <w:r>
              <w:rPr>
                <w:sz w:val="21"/>
              </w:rPr>
              <w:t>In-text citation</w:t>
            </w:r>
          </w:p>
        </w:tc>
        <w:tc>
          <w:tcPr>
            <w:tcW w:w="5040" w:type="dxa"/>
            <w:vAlign w:val="center"/>
          </w:tcPr>
          <w:p w:rsidR="006A3897" w:rsidRDefault="001413CE">
            <w:pPr>
              <w:spacing w:after="0"/>
            </w:pPr>
            <w:r>
              <w:rPr>
                <w:sz w:val="21"/>
              </w:rPr>
              <w:t>Every table and figure must be cited in the manuscript text before or at its first appearance.</w:t>
            </w:r>
          </w:p>
        </w:tc>
      </w:tr>
      <w:tr w:rsidR="006A3897">
        <w:trPr>
          <w:jc w:val="center"/>
        </w:trPr>
        <w:tc>
          <w:tcPr>
            <w:tcW w:w="5040" w:type="dxa"/>
            <w:vAlign w:val="center"/>
          </w:tcPr>
          <w:p w:rsidR="006A3897" w:rsidRDefault="001413CE">
            <w:pPr>
              <w:spacing w:after="0"/>
            </w:pPr>
            <w:r>
              <w:rPr>
                <w:sz w:val="21"/>
              </w:rPr>
              <w:t>Statistical presentation</w:t>
            </w:r>
          </w:p>
        </w:tc>
        <w:tc>
          <w:tcPr>
            <w:tcW w:w="5040" w:type="dxa"/>
            <w:vAlign w:val="center"/>
          </w:tcPr>
          <w:p w:rsidR="006A3897" w:rsidRDefault="001413CE">
            <w:pPr>
              <w:spacing w:after="0"/>
            </w:pPr>
            <w:r>
              <w:rPr>
                <w:sz w:val="21"/>
              </w:rPr>
              <w:t>Report statistical tests, sample si</w:t>
            </w:r>
            <w:r>
              <w:rPr>
                <w:sz w:val="21"/>
              </w:rPr>
              <w:t>ze, significance criteria, and relevant uncertainty measures where appropriate.</w:t>
            </w:r>
          </w:p>
        </w:tc>
      </w:tr>
      <w:tr w:rsidR="006A3897">
        <w:trPr>
          <w:jc w:val="center"/>
        </w:trPr>
        <w:tc>
          <w:tcPr>
            <w:tcW w:w="5040" w:type="dxa"/>
            <w:vAlign w:val="center"/>
          </w:tcPr>
          <w:p w:rsidR="006A3897" w:rsidRDefault="001413CE">
            <w:pPr>
              <w:spacing w:after="0"/>
            </w:pPr>
            <w:r>
              <w:rPr>
                <w:sz w:val="21"/>
              </w:rPr>
              <w:t>Supplementary material</w:t>
            </w:r>
          </w:p>
        </w:tc>
        <w:tc>
          <w:tcPr>
            <w:tcW w:w="5040" w:type="dxa"/>
            <w:vAlign w:val="center"/>
          </w:tcPr>
          <w:p w:rsidR="006A3897" w:rsidRDefault="001413CE">
            <w:pPr>
              <w:spacing w:after="0"/>
            </w:pPr>
            <w:r>
              <w:rPr>
                <w:sz w:val="21"/>
              </w:rPr>
              <w:t>Clearly label supplementary tables, figures, datasets, or other files and cite them in the manuscript where relevant.</w:t>
            </w:r>
          </w:p>
        </w:tc>
      </w:tr>
    </w:tbl>
    <w:p w:rsidR="006A3897" w:rsidRDefault="001413CE">
      <w:pPr>
        <w:pStyle w:val="Heading1"/>
      </w:pPr>
      <w:r>
        <w:t>5. REFERENCES</w:t>
      </w:r>
    </w:p>
    <w:p w:rsidR="006A3897" w:rsidRDefault="001413CE">
      <w:r>
        <w:t>Use APA 7th edition</w:t>
      </w:r>
      <w:r>
        <w:t xml:space="preserve"> consistently. Include a DOI link whenever a DOI is available. Check that every in-text citation appears in the reference list and every reference-list entry is cited.</w:t>
      </w:r>
    </w:p>
    <w:p w:rsidR="006A3897" w:rsidRDefault="001413CE">
      <w:pPr>
        <w:pStyle w:val="Heading2"/>
      </w:pPr>
      <w:r>
        <w:t>Journal article</w:t>
      </w:r>
    </w:p>
    <w:p w:rsidR="006A3897" w:rsidRDefault="001413CE">
      <w:r>
        <w:t>Author, A. A., &amp; Author, B. B. (2023). Title of article. Journal Name, 1</w:t>
      </w:r>
      <w:r>
        <w:t>0(2), 100–115. https://doi.org/10.xxxx/journal.xxxx</w:t>
      </w:r>
    </w:p>
    <w:p w:rsidR="006A3897" w:rsidRDefault="001413CE">
      <w:pPr>
        <w:pStyle w:val="Heading2"/>
      </w:pPr>
      <w:r>
        <w:t>Book</w:t>
      </w:r>
    </w:p>
    <w:p w:rsidR="006A3897" w:rsidRDefault="001413CE">
      <w:r>
        <w:t>Author, A. A. (2022). Title of the book. Publisher Name.</w:t>
      </w:r>
    </w:p>
    <w:p w:rsidR="006A3897" w:rsidRDefault="001413CE">
      <w:r>
        <w:t>☐</w:t>
      </w:r>
      <w:r>
        <w:t xml:space="preserve"> APA 7th formatting is consistent.</w:t>
      </w:r>
    </w:p>
    <w:p w:rsidR="006A3897" w:rsidRDefault="001413CE">
      <w:r>
        <w:t>☐</w:t>
      </w:r>
      <w:r>
        <w:t xml:space="preserve"> DOI links are included when available.</w:t>
      </w:r>
    </w:p>
    <w:p w:rsidR="006A3897" w:rsidRDefault="001413CE">
      <w:r>
        <w:t>☐</w:t>
      </w:r>
      <w:r>
        <w:t xml:space="preserve"> Bibliographic details have been checked.</w:t>
      </w:r>
    </w:p>
    <w:p w:rsidR="006A3897" w:rsidRDefault="001413CE">
      <w:r>
        <w:t>☐</w:t>
      </w:r>
      <w:r>
        <w:t xml:space="preserve"> In-text citations an</w:t>
      </w:r>
      <w:r>
        <w:t>d reference-list entries match exactly.</w:t>
      </w:r>
    </w:p>
    <w:p w:rsidR="006A3897" w:rsidRDefault="001413CE">
      <w:pPr>
        <w:pStyle w:val="Heading1"/>
      </w:pPr>
      <w:r>
        <w:t>6. REQUIRED DECLARATIONS / BACK MATTER</w:t>
      </w:r>
    </w:p>
    <w:p w:rsidR="006A3897" w:rsidRDefault="001413CE">
      <w:r>
        <w:t>Place the following declarations after the reference list. Use “Not applicable” where a statement genuinely does not apply.</w:t>
      </w:r>
    </w:p>
    <w:p w:rsidR="006A3897" w:rsidRDefault="001413CE">
      <w:pPr>
        <w:pStyle w:val="Heading2"/>
      </w:pPr>
      <w:r>
        <w:lastRenderedPageBreak/>
        <w:t>Acknowledgments</w:t>
      </w:r>
    </w:p>
    <w:p w:rsidR="006A3897" w:rsidRDefault="001413CE">
      <w:r>
        <w:t xml:space="preserve">[List individuals or institutions </w:t>
      </w:r>
      <w:r>
        <w:t>that provided support or assistance, excluding funding.]</w:t>
      </w:r>
    </w:p>
    <w:p w:rsidR="006A3897" w:rsidRDefault="001413CE">
      <w:pPr>
        <w:pStyle w:val="Heading2"/>
      </w:pPr>
      <w:r>
        <w:t>Author Contributions</w:t>
      </w:r>
    </w:p>
    <w:p w:rsidR="006A3897" w:rsidRDefault="001413CE">
      <w:r>
        <w:t>[State the specific contribution of each author, e.g., Conceptualization; Methodology; Investigation; Data curation; Formal analysis; Writing—original draft; Writing—review &amp; edi</w:t>
      </w:r>
      <w:r>
        <w:t>ting; Supervision.]</w:t>
      </w:r>
    </w:p>
    <w:p w:rsidR="006A3897" w:rsidRDefault="001413CE">
      <w:pPr>
        <w:pStyle w:val="Heading2"/>
      </w:pPr>
      <w:r>
        <w:t>Funding</w:t>
      </w:r>
    </w:p>
    <w:p w:rsidR="006A3897" w:rsidRDefault="001413CE">
      <w:r>
        <w:t>[State funding source(s) and grant number(s). If there was no external funding, state: “This research received no external funding.”]</w:t>
      </w:r>
    </w:p>
    <w:p w:rsidR="006A3897" w:rsidRDefault="001413CE">
      <w:pPr>
        <w:pStyle w:val="Heading2"/>
      </w:pPr>
      <w:r>
        <w:t>Institutional Review Board Statement</w:t>
      </w:r>
    </w:p>
    <w:p w:rsidR="006A3897" w:rsidRDefault="001413CE">
      <w:r>
        <w:t>[State whether ethical/IRB approval was required and prov</w:t>
      </w:r>
      <w:r>
        <w:t>ide approval information where applicable. If not applicable, state: “Not applicable.”]</w:t>
      </w:r>
    </w:p>
    <w:p w:rsidR="006A3897" w:rsidRDefault="001413CE">
      <w:pPr>
        <w:pStyle w:val="Heading2"/>
      </w:pPr>
      <w:r>
        <w:t>Informed Consent Statement</w:t>
      </w:r>
    </w:p>
    <w:p w:rsidR="006A3897" w:rsidRDefault="001413CE">
      <w:r>
        <w:t>[For studies involving human participants, state how informed consent was obtained. If not applicable, state: “Not applicable.”]</w:t>
      </w:r>
    </w:p>
    <w:p w:rsidR="006A3897" w:rsidRDefault="001413CE">
      <w:pPr>
        <w:pStyle w:val="Heading2"/>
      </w:pPr>
      <w:r>
        <w:t>Data Availab</w:t>
      </w:r>
      <w:r>
        <w:t>ility Statement</w:t>
      </w:r>
    </w:p>
    <w:p w:rsidR="006A3897" w:rsidRDefault="001413CE">
      <w:r>
        <w:t>[State where/how the data can be accessed, e.g., repository, supplementary files, or “Data is available upon reasonable request.”]</w:t>
      </w:r>
    </w:p>
    <w:p w:rsidR="006A3897" w:rsidRDefault="001413CE">
      <w:pPr>
        <w:pStyle w:val="Heading2"/>
      </w:pPr>
      <w:r>
        <w:t>Conflict of Interest</w:t>
      </w:r>
    </w:p>
    <w:p w:rsidR="006A3897" w:rsidRDefault="001413CE">
      <w:r>
        <w:t xml:space="preserve">[State any financial, professional, or personal conflicts. If none, state: “The authors </w:t>
      </w:r>
      <w:r>
        <w:t>declare no conflict of interest.”]</w:t>
      </w:r>
    </w:p>
    <w:p w:rsidR="006A3897" w:rsidRDefault="001413CE">
      <w:pPr>
        <w:pStyle w:val="Heading1"/>
      </w:pPr>
      <w:r>
        <w:t>7. MANUSCRIPT FORMATTING REQUIREMENTS</w:t>
      </w:r>
    </w:p>
    <w:tbl>
      <w:tblPr>
        <w:tblStyle w:val="TableGrid"/>
        <w:tblW w:w="0" w:type="auto"/>
        <w:jc w:val="center"/>
        <w:tblLook w:val="04A0" w:firstRow="1" w:lastRow="0" w:firstColumn="1" w:lastColumn="0" w:noHBand="0" w:noVBand="1"/>
      </w:tblPr>
      <w:tblGrid>
        <w:gridCol w:w="5040"/>
        <w:gridCol w:w="5040"/>
      </w:tblGrid>
      <w:tr w:rsidR="006A3897">
        <w:trPr>
          <w:tblHeader/>
          <w:jc w:val="center"/>
        </w:trPr>
        <w:tc>
          <w:tcPr>
            <w:tcW w:w="5040" w:type="dxa"/>
            <w:shd w:val="clear" w:color="auto" w:fill="D9EAF7"/>
            <w:vAlign w:val="center"/>
          </w:tcPr>
          <w:p w:rsidR="006A3897" w:rsidRDefault="001413CE">
            <w:pPr>
              <w:spacing w:after="0"/>
            </w:pPr>
            <w:r>
              <w:rPr>
                <w:b/>
                <w:sz w:val="21"/>
              </w:rPr>
              <w:t>Requirement</w:t>
            </w:r>
          </w:p>
        </w:tc>
        <w:tc>
          <w:tcPr>
            <w:tcW w:w="5040" w:type="dxa"/>
            <w:shd w:val="clear" w:color="auto" w:fill="D9EAF7"/>
            <w:vAlign w:val="center"/>
          </w:tcPr>
          <w:p w:rsidR="006A3897" w:rsidRDefault="001413CE">
            <w:pPr>
              <w:spacing w:after="0"/>
            </w:pPr>
            <w:r>
              <w:rPr>
                <w:b/>
                <w:sz w:val="21"/>
              </w:rPr>
              <w:t>GJBAE standard</w:t>
            </w:r>
          </w:p>
        </w:tc>
      </w:tr>
      <w:tr w:rsidR="006A3897">
        <w:trPr>
          <w:jc w:val="center"/>
        </w:trPr>
        <w:tc>
          <w:tcPr>
            <w:tcW w:w="5040" w:type="dxa"/>
            <w:vAlign w:val="center"/>
          </w:tcPr>
          <w:p w:rsidR="006A3897" w:rsidRDefault="001413CE">
            <w:pPr>
              <w:spacing w:after="0"/>
            </w:pPr>
            <w:r>
              <w:rPr>
                <w:sz w:val="21"/>
              </w:rPr>
              <w:t>Page size</w:t>
            </w:r>
          </w:p>
        </w:tc>
        <w:tc>
          <w:tcPr>
            <w:tcW w:w="5040" w:type="dxa"/>
            <w:vAlign w:val="center"/>
          </w:tcPr>
          <w:p w:rsidR="006A3897" w:rsidRDefault="001413CE">
            <w:pPr>
              <w:spacing w:after="0"/>
            </w:pPr>
            <w:r>
              <w:rPr>
                <w:sz w:val="21"/>
              </w:rPr>
              <w:t>A4, portrait</w:t>
            </w:r>
          </w:p>
        </w:tc>
      </w:tr>
      <w:tr w:rsidR="006A3897">
        <w:trPr>
          <w:jc w:val="center"/>
        </w:trPr>
        <w:tc>
          <w:tcPr>
            <w:tcW w:w="5040" w:type="dxa"/>
            <w:vAlign w:val="center"/>
          </w:tcPr>
          <w:p w:rsidR="006A3897" w:rsidRDefault="001413CE">
            <w:pPr>
              <w:spacing w:after="0"/>
            </w:pPr>
            <w:r>
              <w:rPr>
                <w:sz w:val="21"/>
              </w:rPr>
              <w:t>Font</w:t>
            </w:r>
          </w:p>
        </w:tc>
        <w:tc>
          <w:tcPr>
            <w:tcW w:w="5040" w:type="dxa"/>
            <w:vAlign w:val="center"/>
          </w:tcPr>
          <w:p w:rsidR="006A3897" w:rsidRDefault="001413CE">
            <w:pPr>
              <w:spacing w:after="0"/>
            </w:pPr>
            <w:r>
              <w:rPr>
                <w:sz w:val="21"/>
              </w:rPr>
              <w:t>Times New Roman</w:t>
            </w:r>
          </w:p>
        </w:tc>
      </w:tr>
      <w:tr w:rsidR="006A3897">
        <w:trPr>
          <w:jc w:val="center"/>
        </w:trPr>
        <w:tc>
          <w:tcPr>
            <w:tcW w:w="5040" w:type="dxa"/>
            <w:vAlign w:val="center"/>
          </w:tcPr>
          <w:p w:rsidR="006A3897" w:rsidRDefault="001413CE">
            <w:pPr>
              <w:spacing w:after="0"/>
            </w:pPr>
            <w:r>
              <w:rPr>
                <w:sz w:val="21"/>
              </w:rPr>
              <w:t>Font size</w:t>
            </w:r>
          </w:p>
        </w:tc>
        <w:tc>
          <w:tcPr>
            <w:tcW w:w="5040" w:type="dxa"/>
            <w:vAlign w:val="center"/>
          </w:tcPr>
          <w:p w:rsidR="006A3897" w:rsidRDefault="001413CE">
            <w:pPr>
              <w:spacing w:after="0"/>
            </w:pPr>
            <w:r>
              <w:rPr>
                <w:sz w:val="21"/>
              </w:rPr>
              <w:t>12 pt for manuscript text</w:t>
            </w:r>
          </w:p>
        </w:tc>
      </w:tr>
      <w:tr w:rsidR="006A3897">
        <w:trPr>
          <w:jc w:val="center"/>
        </w:trPr>
        <w:tc>
          <w:tcPr>
            <w:tcW w:w="5040" w:type="dxa"/>
            <w:vAlign w:val="center"/>
          </w:tcPr>
          <w:p w:rsidR="006A3897" w:rsidRDefault="001413CE">
            <w:pPr>
              <w:spacing w:after="0"/>
            </w:pPr>
            <w:r>
              <w:rPr>
                <w:sz w:val="21"/>
              </w:rPr>
              <w:t>Line spacing</w:t>
            </w:r>
          </w:p>
        </w:tc>
        <w:tc>
          <w:tcPr>
            <w:tcW w:w="5040" w:type="dxa"/>
            <w:vAlign w:val="center"/>
          </w:tcPr>
          <w:p w:rsidR="006A3897" w:rsidRDefault="001413CE">
            <w:pPr>
              <w:spacing w:after="0"/>
            </w:pPr>
            <w:r>
              <w:rPr>
                <w:sz w:val="21"/>
              </w:rPr>
              <w:t>Double-spaced</w:t>
            </w:r>
          </w:p>
        </w:tc>
      </w:tr>
      <w:tr w:rsidR="006A3897">
        <w:trPr>
          <w:jc w:val="center"/>
        </w:trPr>
        <w:tc>
          <w:tcPr>
            <w:tcW w:w="5040" w:type="dxa"/>
            <w:vAlign w:val="center"/>
          </w:tcPr>
          <w:p w:rsidR="006A3897" w:rsidRDefault="001413CE">
            <w:pPr>
              <w:spacing w:after="0"/>
            </w:pPr>
            <w:r>
              <w:rPr>
                <w:sz w:val="21"/>
              </w:rPr>
              <w:t>Line numbering</w:t>
            </w:r>
          </w:p>
        </w:tc>
        <w:tc>
          <w:tcPr>
            <w:tcW w:w="5040" w:type="dxa"/>
            <w:vAlign w:val="center"/>
          </w:tcPr>
          <w:p w:rsidR="006A3897" w:rsidRDefault="001413CE">
            <w:pPr>
              <w:spacing w:after="0"/>
            </w:pPr>
            <w:r>
              <w:rPr>
                <w:sz w:val="21"/>
              </w:rPr>
              <w:t xml:space="preserve">Continuous line numbering </w:t>
            </w:r>
            <w:r>
              <w:rPr>
                <w:sz w:val="21"/>
              </w:rPr>
              <w:t>throughout the manuscript</w:t>
            </w:r>
          </w:p>
        </w:tc>
      </w:tr>
      <w:tr w:rsidR="006A3897">
        <w:trPr>
          <w:jc w:val="center"/>
        </w:trPr>
        <w:tc>
          <w:tcPr>
            <w:tcW w:w="5040" w:type="dxa"/>
            <w:vAlign w:val="center"/>
          </w:tcPr>
          <w:p w:rsidR="006A3897" w:rsidRDefault="001413CE">
            <w:pPr>
              <w:spacing w:after="0"/>
            </w:pPr>
            <w:r>
              <w:rPr>
                <w:sz w:val="21"/>
              </w:rPr>
              <w:t>Units</w:t>
            </w:r>
          </w:p>
        </w:tc>
        <w:tc>
          <w:tcPr>
            <w:tcW w:w="5040" w:type="dxa"/>
            <w:vAlign w:val="center"/>
          </w:tcPr>
          <w:p w:rsidR="006A3897" w:rsidRDefault="001413CE">
            <w:pPr>
              <w:spacing w:after="0"/>
            </w:pPr>
            <w:r>
              <w:rPr>
                <w:sz w:val="21"/>
              </w:rPr>
              <w:t>Use SI units consistently</w:t>
            </w:r>
          </w:p>
        </w:tc>
      </w:tr>
      <w:tr w:rsidR="006A3897">
        <w:trPr>
          <w:jc w:val="center"/>
        </w:trPr>
        <w:tc>
          <w:tcPr>
            <w:tcW w:w="5040" w:type="dxa"/>
            <w:vAlign w:val="center"/>
          </w:tcPr>
          <w:p w:rsidR="006A3897" w:rsidRDefault="001413CE">
            <w:pPr>
              <w:spacing w:after="0"/>
            </w:pPr>
            <w:r>
              <w:rPr>
                <w:sz w:val="21"/>
              </w:rPr>
              <w:t>Headings</w:t>
            </w:r>
          </w:p>
        </w:tc>
        <w:tc>
          <w:tcPr>
            <w:tcW w:w="5040" w:type="dxa"/>
            <w:vAlign w:val="center"/>
          </w:tcPr>
          <w:p w:rsidR="006A3897" w:rsidRDefault="001413CE">
            <w:pPr>
              <w:spacing w:after="0"/>
            </w:pPr>
            <w:r>
              <w:rPr>
                <w:sz w:val="21"/>
              </w:rPr>
              <w:t>Use clear, consistent hierarchical headings</w:t>
            </w:r>
          </w:p>
        </w:tc>
      </w:tr>
      <w:tr w:rsidR="006A3897">
        <w:trPr>
          <w:jc w:val="center"/>
        </w:trPr>
        <w:tc>
          <w:tcPr>
            <w:tcW w:w="5040" w:type="dxa"/>
            <w:vAlign w:val="center"/>
          </w:tcPr>
          <w:p w:rsidR="006A3897" w:rsidRDefault="001413CE">
            <w:pPr>
              <w:spacing w:after="0"/>
            </w:pPr>
            <w:r>
              <w:rPr>
                <w:sz w:val="21"/>
              </w:rPr>
              <w:t>Language</w:t>
            </w:r>
          </w:p>
        </w:tc>
        <w:tc>
          <w:tcPr>
            <w:tcW w:w="5040" w:type="dxa"/>
            <w:vAlign w:val="center"/>
          </w:tcPr>
          <w:p w:rsidR="006A3897" w:rsidRDefault="001413CE">
            <w:pPr>
              <w:spacing w:after="0"/>
            </w:pPr>
            <w:r>
              <w:rPr>
                <w:sz w:val="21"/>
              </w:rPr>
              <w:t>Use clear academic English and consistent scientific terminology</w:t>
            </w:r>
          </w:p>
        </w:tc>
      </w:tr>
      <w:tr w:rsidR="006A3897">
        <w:trPr>
          <w:jc w:val="center"/>
        </w:trPr>
        <w:tc>
          <w:tcPr>
            <w:tcW w:w="5040" w:type="dxa"/>
            <w:vAlign w:val="center"/>
          </w:tcPr>
          <w:p w:rsidR="006A3897" w:rsidRDefault="001413CE">
            <w:pPr>
              <w:spacing w:after="0"/>
            </w:pPr>
            <w:r>
              <w:rPr>
                <w:sz w:val="21"/>
              </w:rPr>
              <w:t>Tables/Figures</w:t>
            </w:r>
          </w:p>
        </w:tc>
        <w:tc>
          <w:tcPr>
            <w:tcW w:w="5040" w:type="dxa"/>
            <w:vAlign w:val="center"/>
          </w:tcPr>
          <w:p w:rsidR="006A3897" w:rsidRDefault="001413CE">
            <w:pPr>
              <w:spacing w:after="0"/>
            </w:pPr>
            <w:r>
              <w:rPr>
                <w:sz w:val="21"/>
              </w:rPr>
              <w:t>Number consecutively and cite each item in the text</w:t>
            </w:r>
          </w:p>
        </w:tc>
      </w:tr>
      <w:tr w:rsidR="006A3897">
        <w:trPr>
          <w:jc w:val="center"/>
        </w:trPr>
        <w:tc>
          <w:tcPr>
            <w:tcW w:w="5040" w:type="dxa"/>
            <w:vAlign w:val="center"/>
          </w:tcPr>
          <w:p w:rsidR="006A3897" w:rsidRDefault="001413CE">
            <w:pPr>
              <w:spacing w:after="0"/>
            </w:pPr>
            <w:r>
              <w:rPr>
                <w:sz w:val="21"/>
              </w:rPr>
              <w:t>References</w:t>
            </w:r>
          </w:p>
        </w:tc>
        <w:tc>
          <w:tcPr>
            <w:tcW w:w="5040" w:type="dxa"/>
            <w:vAlign w:val="center"/>
          </w:tcPr>
          <w:p w:rsidR="006A3897" w:rsidRDefault="001413CE">
            <w:pPr>
              <w:spacing w:after="0"/>
            </w:pPr>
            <w:r>
              <w:rPr>
                <w:sz w:val="21"/>
              </w:rPr>
              <w:t>APA 7th edition; DOI link where available</w:t>
            </w:r>
          </w:p>
        </w:tc>
      </w:tr>
    </w:tbl>
    <w:p w:rsidR="006A3897" w:rsidRDefault="001413CE">
      <w:pPr>
        <w:pStyle w:val="Heading1"/>
      </w:pPr>
      <w:r>
        <w:t>8. FINAL AUTHOR CHECKLIST</w:t>
      </w:r>
    </w:p>
    <w:p w:rsidR="006A3897" w:rsidRDefault="001413CE">
      <w:r>
        <w:t>☐</w:t>
      </w:r>
      <w:r>
        <w:t xml:space="preserve"> Title is within the 20-word limit.</w:t>
      </w:r>
    </w:p>
    <w:p w:rsidR="006A3897" w:rsidRDefault="001413CE">
      <w:r>
        <w:t>☐</w:t>
      </w:r>
      <w:r>
        <w:t xml:space="preserve"> Author names and affiliations are complete and correctly ordered.</w:t>
      </w:r>
    </w:p>
    <w:p w:rsidR="006A3897" w:rsidRDefault="001413CE">
      <w:r>
        <w:t>☐</w:t>
      </w:r>
      <w:r>
        <w:t xml:space="preserve"> Corresponding-author email is correct.</w:t>
      </w:r>
    </w:p>
    <w:p w:rsidR="006A3897" w:rsidRDefault="001413CE">
      <w:r>
        <w:lastRenderedPageBreak/>
        <w:t>☐</w:t>
      </w:r>
      <w:r>
        <w:t xml:space="preserve"> Abstract contains 250–300 </w:t>
      </w:r>
      <w:r>
        <w:t>words.</w:t>
      </w:r>
    </w:p>
    <w:p w:rsidR="006A3897" w:rsidRDefault="001413CE">
      <w:r>
        <w:t>☐</w:t>
      </w:r>
      <w:r>
        <w:t xml:space="preserve"> There are 5–8 keywords separated by semicolons.</w:t>
      </w:r>
    </w:p>
    <w:p w:rsidR="006A3897" w:rsidRDefault="001413CE">
      <w:r>
        <w:t>☐</w:t>
      </w:r>
      <w:r>
        <w:t xml:space="preserve"> One manuscript structure (Option A or B) has been selected and followed.</w:t>
      </w:r>
    </w:p>
    <w:p w:rsidR="006A3897" w:rsidRDefault="001413CE">
      <w:r>
        <w:t>☐</w:t>
      </w:r>
      <w:r>
        <w:t xml:space="preserve"> Methods provide sufficient information for understanding and reproducibility.</w:t>
      </w:r>
    </w:p>
    <w:p w:rsidR="006A3897" w:rsidRDefault="001413CE">
      <w:r>
        <w:t>☐</w:t>
      </w:r>
      <w:r>
        <w:t xml:space="preserve"> Statistical methods are clearly stated and</w:t>
      </w:r>
      <w:r>
        <w:t xml:space="preserve"> consistently applied.</w:t>
      </w:r>
    </w:p>
    <w:p w:rsidR="006A3897" w:rsidRDefault="001413CE">
      <w:r>
        <w:t>☐</w:t>
      </w:r>
      <w:r>
        <w:t xml:space="preserve"> All tables and figures are cited and numbered correctly.</w:t>
      </w:r>
    </w:p>
    <w:p w:rsidR="006A3897" w:rsidRDefault="001413CE">
      <w:r>
        <w:t>☐</w:t>
      </w:r>
      <w:r>
        <w:t xml:space="preserve"> Abbreviations are defined at first use where appropriate.</w:t>
      </w:r>
    </w:p>
    <w:p w:rsidR="006A3897" w:rsidRDefault="001413CE">
      <w:r>
        <w:t>☐</w:t>
      </w:r>
      <w:r>
        <w:t xml:space="preserve"> SI units are used consistently.</w:t>
      </w:r>
    </w:p>
    <w:p w:rsidR="006A3897" w:rsidRDefault="001413CE">
      <w:r>
        <w:t>☐</w:t>
      </w:r>
      <w:r>
        <w:t xml:space="preserve"> References follow APA 7th style and DOI links are included where available.</w:t>
      </w:r>
    </w:p>
    <w:p w:rsidR="006A3897" w:rsidRDefault="001413CE">
      <w:r>
        <w:t>☐</w:t>
      </w:r>
      <w:r>
        <w:t xml:space="preserve"> </w:t>
      </w:r>
      <w:r>
        <w:t>All required declarations are included.</w:t>
      </w:r>
    </w:p>
    <w:p w:rsidR="006A3897" w:rsidRDefault="001413CE">
      <w:r>
        <w:t>☐</w:t>
      </w:r>
      <w:r>
        <w:t xml:space="preserve"> Conflict of Interest statement is included.</w:t>
      </w:r>
    </w:p>
    <w:p w:rsidR="006A3897" w:rsidRDefault="001413CE">
      <w:r>
        <w:t>☐</w:t>
      </w:r>
      <w:r>
        <w:t xml:space="preserve"> The manuscript has been checked for grammar, spelling, formatting, and consistency.</w:t>
      </w:r>
    </w:p>
    <w:p w:rsidR="006A3897" w:rsidRDefault="001413CE">
      <w:r>
        <w:t>☐</w:t>
      </w:r>
      <w:r>
        <w:t xml:space="preserve"> All authors have reviewed and approved the final manuscript.</w:t>
      </w:r>
    </w:p>
    <w:tbl>
      <w:tblPr>
        <w:tblStyle w:val="TableGrid"/>
        <w:tblW w:w="0" w:type="auto"/>
        <w:tblLook w:val="04A0" w:firstRow="1" w:lastRow="0" w:firstColumn="1" w:lastColumn="0" w:noHBand="0" w:noVBand="1"/>
      </w:tblPr>
      <w:tblGrid>
        <w:gridCol w:w="10080"/>
      </w:tblGrid>
      <w:tr w:rsidR="006A3897">
        <w:tc>
          <w:tcPr>
            <w:tcW w:w="10080" w:type="dxa"/>
            <w:shd w:val="clear" w:color="auto" w:fill="FFF2CC"/>
            <w:vAlign w:val="center"/>
          </w:tcPr>
          <w:p w:rsidR="006A3897" w:rsidRDefault="001413CE">
            <w:pPr>
              <w:spacing w:after="0"/>
            </w:pPr>
            <w:r>
              <w:rPr>
                <w:b/>
                <w:sz w:val="21"/>
              </w:rPr>
              <w:t>IMPORTANT: Remove all</w:t>
            </w:r>
            <w:r>
              <w:rPr>
                <w:b/>
                <w:sz w:val="21"/>
              </w:rPr>
              <w:t xml:space="preserve"> instructional text, examples, checkboxes, and placeholders before submitting the final manuscript, unless a field is intentionally retained as part of the journal’s submission process.</w:t>
            </w:r>
          </w:p>
        </w:tc>
      </w:tr>
    </w:tbl>
    <w:p w:rsidR="001413CE" w:rsidRDefault="001413CE"/>
    <w:sectPr w:rsidR="001413CE" w:rsidSect="00034616">
      <w:headerReference w:type="default" r:id="rId9"/>
      <w:footerReference w:type="default" r:id="rId10"/>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3CE" w:rsidRDefault="001413CE">
      <w:pPr>
        <w:spacing w:after="0" w:line="240" w:lineRule="auto"/>
      </w:pPr>
      <w:r>
        <w:separator/>
      </w:r>
    </w:p>
  </w:endnote>
  <w:endnote w:type="continuationSeparator" w:id="0">
    <w:p w:rsidR="001413CE" w:rsidRDefault="00141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897" w:rsidRDefault="001413CE">
    <w:pPr>
      <w:pStyle w:val="Footer"/>
      <w:jc w:val="center"/>
    </w:pPr>
    <w:r>
      <w:rPr>
        <w:sz w:val="18"/>
      </w:rPr>
      <w:t xml:space="preserve">GJBAE • Author Submission Template • </w:t>
    </w:r>
    <w:r>
      <w:fldChar w:fldCharType="begin"/>
    </w:r>
    <w:r>
      <w:instrText>PAGE</w:instrText>
    </w:r>
    <w:r>
      <w:fldChar w:fldCharType="separate"/>
    </w:r>
    <w:r w:rsidR="00280C7F">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3CE" w:rsidRDefault="001413CE">
      <w:pPr>
        <w:spacing w:after="0" w:line="240" w:lineRule="auto"/>
      </w:pPr>
      <w:r>
        <w:separator/>
      </w:r>
    </w:p>
  </w:footnote>
  <w:footnote w:type="continuationSeparator" w:id="0">
    <w:p w:rsidR="001413CE" w:rsidRDefault="001413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897" w:rsidRDefault="001413CE">
    <w:pPr>
      <w:pStyle w:val="Header"/>
      <w:jc w:val="center"/>
    </w:pPr>
    <w:r>
      <w:rPr>
        <w:b/>
        <w:sz w:val="18"/>
      </w:rPr>
      <w:t>GLOBAL JOURNAL OF BIOSCIENCES AND ENVIRONMENT (GJBAE)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413CE"/>
    <w:rsid w:val="0015074B"/>
    <w:rsid w:val="00280C7F"/>
    <w:rsid w:val="0029639D"/>
    <w:rsid w:val="00326F90"/>
    <w:rsid w:val="006A3897"/>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pPr>
    <w:rPr>
      <w:rFonts w:ascii="Times New Roman" w:hAnsi="Times New Roman"/>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GJBAENote">
    <w:name w:val="GJBAE Note"/>
    <w:rPr>
      <w:rFonts w:ascii="Times New Roman" w:hAnsi="Times New Roman"/>
      <w:i/>
      <w:sz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pPr>
    <w:rPr>
      <w:rFonts w:ascii="Times New Roman" w:hAnsi="Times New Roman"/>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GJBAENote">
    <w:name w:val="GJBAE Note"/>
    <w:rPr>
      <w:rFonts w:ascii="Times New Roman" w:hAnsi="Times New Roman"/>
      <w:i/>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C5953-4645-4C7B-BF4B-B6D4EADC7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1161</Words>
  <Characters>6620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Muhammad jehangir</cp:lastModifiedBy>
  <cp:revision>2</cp:revision>
  <dcterms:created xsi:type="dcterms:W3CDTF">2026-08-09T13:45:00Z</dcterms:created>
  <dcterms:modified xsi:type="dcterms:W3CDTF">2026-08-09T13:45:00Z</dcterms:modified>
</cp:coreProperties>
</file>